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D506A" w14:textId="72C6078E" w:rsidR="00960432" w:rsidRPr="00142BD0" w:rsidRDefault="00960432" w:rsidP="00960432">
      <w:pPr>
        <w:pStyle w:val="Nessunaspaziatura"/>
        <w:ind w:left="5040"/>
        <w:rPr>
          <w:sz w:val="20"/>
          <w:szCs w:val="20"/>
        </w:rPr>
      </w:pPr>
      <w:r w:rsidRPr="00142BD0">
        <w:rPr>
          <w:sz w:val="20"/>
          <w:szCs w:val="20"/>
        </w:rPr>
        <w:t xml:space="preserve">AL DIRIGENTE SCOLASTICO </w:t>
      </w:r>
    </w:p>
    <w:p w14:paraId="260FD963" w14:textId="2C23A853" w:rsidR="00906126" w:rsidRPr="00142BD0" w:rsidRDefault="00960432" w:rsidP="00960432">
      <w:pPr>
        <w:pStyle w:val="Nessunaspaziatura"/>
        <w:ind w:left="5040"/>
        <w:rPr>
          <w:sz w:val="20"/>
          <w:szCs w:val="20"/>
        </w:rPr>
      </w:pPr>
      <w:r w:rsidRPr="00142BD0">
        <w:rPr>
          <w:sz w:val="20"/>
          <w:szCs w:val="20"/>
        </w:rPr>
        <w:t>I.C. “F.</w:t>
      </w:r>
      <w:proofErr w:type="gramStart"/>
      <w:r w:rsidRPr="00142BD0">
        <w:rPr>
          <w:sz w:val="20"/>
          <w:szCs w:val="20"/>
        </w:rPr>
        <w:t>P.MICHETTI</w:t>
      </w:r>
      <w:proofErr w:type="gramEnd"/>
      <w:r w:rsidRPr="00142BD0">
        <w:rPr>
          <w:sz w:val="20"/>
          <w:szCs w:val="20"/>
        </w:rPr>
        <w:t>” – FRANCAVILLA AL MARE</w:t>
      </w:r>
    </w:p>
    <w:p w14:paraId="34A0971E" w14:textId="77777777" w:rsidR="00960432" w:rsidRPr="00142BD0" w:rsidRDefault="00960432" w:rsidP="00960432">
      <w:pPr>
        <w:pStyle w:val="Nessunaspaziatura"/>
        <w:rPr>
          <w:sz w:val="20"/>
          <w:szCs w:val="20"/>
        </w:rPr>
      </w:pPr>
    </w:p>
    <w:p w14:paraId="49137CDC" w14:textId="77777777" w:rsidR="00906126" w:rsidRDefault="00000000">
      <w:r>
        <w:rPr>
          <w:b/>
        </w:rPr>
        <w:t>OGGETTO:  AUTORIZZAZIONE USCITA DIDATTICA – VISITA GUIDATA – VIAGGI DI ISTRUZIONE</w:t>
      </w:r>
    </w:p>
    <w:p w14:paraId="0BA9F238" w14:textId="77777777" w:rsidR="00906126" w:rsidRPr="00A345FB" w:rsidRDefault="00000000" w:rsidP="00386FDF">
      <w:pPr>
        <w:pStyle w:val="Nessunaspaziatura"/>
        <w:rPr>
          <w:sz w:val="20"/>
          <w:szCs w:val="20"/>
        </w:rPr>
      </w:pPr>
      <w:r w:rsidRPr="00A345FB">
        <w:rPr>
          <w:sz w:val="20"/>
          <w:szCs w:val="20"/>
        </w:rPr>
        <w:t>Il docente della classe _________________________________________________ promotore dell’uscita ________________________________</w:t>
      </w:r>
    </w:p>
    <w:p w14:paraId="11BE1035" w14:textId="77777777" w:rsidR="00906126" w:rsidRPr="00A345FB" w:rsidRDefault="00000000" w:rsidP="00386FDF">
      <w:pPr>
        <w:pStyle w:val="Nessunaspaziatura"/>
        <w:rPr>
          <w:sz w:val="20"/>
          <w:szCs w:val="20"/>
        </w:rPr>
      </w:pPr>
      <w:r w:rsidRPr="00A345FB">
        <w:rPr>
          <w:sz w:val="20"/>
          <w:szCs w:val="20"/>
        </w:rPr>
        <w:t>approvata dal consiglio di interclasse/classe e dal Consiglio di Istituto in data ________________________________</w:t>
      </w:r>
    </w:p>
    <w:p w14:paraId="43808E21" w14:textId="77777777" w:rsidR="00906126" w:rsidRPr="00A345FB" w:rsidRDefault="00000000" w:rsidP="00386FDF">
      <w:pPr>
        <w:pStyle w:val="Nessunaspaziatura"/>
        <w:rPr>
          <w:sz w:val="20"/>
          <w:szCs w:val="20"/>
        </w:rPr>
      </w:pPr>
      <w:r w:rsidRPr="00A345FB">
        <w:rPr>
          <w:sz w:val="20"/>
          <w:szCs w:val="20"/>
        </w:rPr>
        <w:t>con meta ________________________________________________________________________________________________________________</w:t>
      </w:r>
    </w:p>
    <w:p w14:paraId="35D96FC4" w14:textId="77777777" w:rsidR="00906126" w:rsidRPr="00A345FB" w:rsidRDefault="00000000" w:rsidP="00386FDF">
      <w:pPr>
        <w:pStyle w:val="Nessunaspaziatura"/>
        <w:rPr>
          <w:sz w:val="20"/>
          <w:szCs w:val="20"/>
        </w:rPr>
      </w:pPr>
      <w:r w:rsidRPr="00A345FB">
        <w:rPr>
          <w:sz w:val="20"/>
          <w:szCs w:val="20"/>
        </w:rPr>
        <w:t>che si svolgerà in data __________________ dalle ore __________ alle ore __________</w:t>
      </w:r>
    </w:p>
    <w:p w14:paraId="71A17BA1" w14:textId="77777777" w:rsidR="00906126" w:rsidRPr="00A345FB" w:rsidRDefault="00000000" w:rsidP="00386FDF">
      <w:pPr>
        <w:pStyle w:val="Nessunaspaziatura"/>
        <w:rPr>
          <w:sz w:val="20"/>
          <w:szCs w:val="20"/>
        </w:rPr>
      </w:pPr>
      <w:r w:rsidRPr="00A345FB">
        <w:rPr>
          <w:sz w:val="20"/>
          <w:szCs w:val="20"/>
        </w:rPr>
        <w:t>con partenza da scuola alle ore __________ e con rientro alle ore __________</w:t>
      </w:r>
    </w:p>
    <w:p w14:paraId="2F080A88" w14:textId="77777777" w:rsidR="00906126" w:rsidRDefault="00000000" w:rsidP="00386FDF">
      <w:pPr>
        <w:jc w:val="center"/>
      </w:pPr>
      <w:r>
        <w:t>DICHIARA</w:t>
      </w:r>
    </w:p>
    <w:p w14:paraId="6288D347" w14:textId="6EB2475E" w:rsidR="00906126" w:rsidRDefault="00000000">
      <w:r w:rsidRPr="00A345FB">
        <w:rPr>
          <w:sz w:val="20"/>
          <w:szCs w:val="20"/>
        </w:rPr>
        <w:t>che parteciperanno nr. ______ alunni e che sono disponibili ad accompagnare i partecipanti i seguenti docenti</w:t>
      </w:r>
      <w:r w:rsidR="009047AD">
        <w:rPr>
          <w:sz w:val="20"/>
          <w:szCs w:val="20"/>
        </w:rPr>
        <w:t xml:space="preserve"> (ai sensi degli artt. 2047 e 2048 del C.C. integrato dall’art. 61 della L. 312/1980)</w:t>
      </w:r>
      <w: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56"/>
        <w:gridCol w:w="909"/>
        <w:gridCol w:w="4189"/>
        <w:gridCol w:w="1076"/>
      </w:tblGrid>
      <w:tr w:rsidR="00906126" w14:paraId="47FA1ADD" w14:textId="77777777">
        <w:tc>
          <w:tcPr>
            <w:tcW w:w="5270" w:type="dxa"/>
            <w:gridSpan w:val="2"/>
          </w:tcPr>
          <w:p w14:paraId="361E3CC3" w14:textId="77777777" w:rsidR="00906126" w:rsidRDefault="00000000">
            <w:r>
              <w:t>NOME E COGNOME DOCENTE ACCOMPAGNATORE</w:t>
            </w:r>
          </w:p>
        </w:tc>
        <w:tc>
          <w:tcPr>
            <w:tcW w:w="5270" w:type="dxa"/>
            <w:gridSpan w:val="2"/>
          </w:tcPr>
          <w:p w14:paraId="410DC2E1" w14:textId="77777777" w:rsidR="00906126" w:rsidRDefault="00000000">
            <w:r>
              <w:t>NOME E COGNOME DOCENTE ACCOMPAGNATORE</w:t>
            </w:r>
          </w:p>
        </w:tc>
      </w:tr>
      <w:tr w:rsidR="00906126" w14:paraId="32E6FEDB" w14:textId="77777777">
        <w:tc>
          <w:tcPr>
            <w:tcW w:w="5270" w:type="dxa"/>
            <w:gridSpan w:val="2"/>
          </w:tcPr>
          <w:p w14:paraId="60E5640E" w14:textId="77777777" w:rsidR="00906126" w:rsidRDefault="00000000">
            <w:r>
              <w:t>1. ____________________________________________</w:t>
            </w:r>
          </w:p>
        </w:tc>
        <w:tc>
          <w:tcPr>
            <w:tcW w:w="5270" w:type="dxa"/>
            <w:gridSpan w:val="2"/>
          </w:tcPr>
          <w:p w14:paraId="5B3C49C5" w14:textId="77777777" w:rsidR="00906126" w:rsidRDefault="00000000">
            <w:r>
              <w:t>1. ____________________________________________</w:t>
            </w:r>
          </w:p>
        </w:tc>
      </w:tr>
      <w:tr w:rsidR="00906126" w:rsidRPr="00A345FB" w14:paraId="7F98CCEC" w14:textId="77777777" w:rsidTr="00A345FB">
        <w:tc>
          <w:tcPr>
            <w:tcW w:w="4361" w:type="dxa"/>
          </w:tcPr>
          <w:p w14:paraId="446EADEF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ELENCO ALUNNI ACCOMPAGNATI</w:t>
            </w:r>
          </w:p>
        </w:tc>
        <w:tc>
          <w:tcPr>
            <w:tcW w:w="909" w:type="dxa"/>
          </w:tcPr>
          <w:p w14:paraId="65138935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CLASSE</w:t>
            </w:r>
          </w:p>
        </w:tc>
        <w:tc>
          <w:tcPr>
            <w:tcW w:w="4194" w:type="dxa"/>
          </w:tcPr>
          <w:p w14:paraId="398398DC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ELENCO ALUNNI ACCOMPAGNATI</w:t>
            </w:r>
          </w:p>
        </w:tc>
        <w:tc>
          <w:tcPr>
            <w:tcW w:w="1076" w:type="dxa"/>
          </w:tcPr>
          <w:p w14:paraId="088C0B43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CLASSE</w:t>
            </w:r>
          </w:p>
        </w:tc>
      </w:tr>
      <w:tr w:rsidR="00906126" w:rsidRPr="00A345FB" w14:paraId="60A8BF94" w14:textId="77777777" w:rsidTr="00A345FB">
        <w:tc>
          <w:tcPr>
            <w:tcW w:w="4361" w:type="dxa"/>
          </w:tcPr>
          <w:p w14:paraId="23FA73CB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1.</w:t>
            </w:r>
          </w:p>
        </w:tc>
        <w:tc>
          <w:tcPr>
            <w:tcW w:w="909" w:type="dxa"/>
          </w:tcPr>
          <w:p w14:paraId="5A39088A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59096F25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1.</w:t>
            </w:r>
          </w:p>
        </w:tc>
        <w:tc>
          <w:tcPr>
            <w:tcW w:w="1076" w:type="dxa"/>
          </w:tcPr>
          <w:p w14:paraId="59F9D68D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  <w:tr w:rsidR="00906126" w:rsidRPr="00A345FB" w14:paraId="3517C5D4" w14:textId="77777777" w:rsidTr="00A345FB">
        <w:tc>
          <w:tcPr>
            <w:tcW w:w="4361" w:type="dxa"/>
          </w:tcPr>
          <w:p w14:paraId="44CA813C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2.</w:t>
            </w:r>
          </w:p>
        </w:tc>
        <w:tc>
          <w:tcPr>
            <w:tcW w:w="909" w:type="dxa"/>
          </w:tcPr>
          <w:p w14:paraId="27CCA6ED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712C9A8D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2.</w:t>
            </w:r>
          </w:p>
        </w:tc>
        <w:tc>
          <w:tcPr>
            <w:tcW w:w="1076" w:type="dxa"/>
          </w:tcPr>
          <w:p w14:paraId="573205DD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  <w:tr w:rsidR="00906126" w:rsidRPr="00A345FB" w14:paraId="4C8791A3" w14:textId="77777777" w:rsidTr="00A345FB">
        <w:tc>
          <w:tcPr>
            <w:tcW w:w="4361" w:type="dxa"/>
          </w:tcPr>
          <w:p w14:paraId="6C0D27FC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3.</w:t>
            </w:r>
          </w:p>
        </w:tc>
        <w:tc>
          <w:tcPr>
            <w:tcW w:w="909" w:type="dxa"/>
          </w:tcPr>
          <w:p w14:paraId="4FC3E3CF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29076061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3.</w:t>
            </w:r>
          </w:p>
        </w:tc>
        <w:tc>
          <w:tcPr>
            <w:tcW w:w="1076" w:type="dxa"/>
          </w:tcPr>
          <w:p w14:paraId="1B093D76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  <w:tr w:rsidR="00906126" w:rsidRPr="00A345FB" w14:paraId="108A899E" w14:textId="77777777" w:rsidTr="00A345FB">
        <w:tc>
          <w:tcPr>
            <w:tcW w:w="4361" w:type="dxa"/>
          </w:tcPr>
          <w:p w14:paraId="07EAF5C8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4.</w:t>
            </w:r>
          </w:p>
        </w:tc>
        <w:tc>
          <w:tcPr>
            <w:tcW w:w="909" w:type="dxa"/>
          </w:tcPr>
          <w:p w14:paraId="5BE3ABC8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4842055A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4.</w:t>
            </w:r>
          </w:p>
        </w:tc>
        <w:tc>
          <w:tcPr>
            <w:tcW w:w="1076" w:type="dxa"/>
          </w:tcPr>
          <w:p w14:paraId="27D4248A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  <w:tr w:rsidR="00906126" w:rsidRPr="00A345FB" w14:paraId="6A992E72" w14:textId="77777777" w:rsidTr="00A345FB">
        <w:tc>
          <w:tcPr>
            <w:tcW w:w="4361" w:type="dxa"/>
          </w:tcPr>
          <w:p w14:paraId="2DCE30D1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5.</w:t>
            </w:r>
          </w:p>
        </w:tc>
        <w:tc>
          <w:tcPr>
            <w:tcW w:w="909" w:type="dxa"/>
          </w:tcPr>
          <w:p w14:paraId="5A33812A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04EF0DCA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5.</w:t>
            </w:r>
          </w:p>
        </w:tc>
        <w:tc>
          <w:tcPr>
            <w:tcW w:w="1076" w:type="dxa"/>
          </w:tcPr>
          <w:p w14:paraId="61F0B694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  <w:tr w:rsidR="00906126" w:rsidRPr="00A345FB" w14:paraId="4E3E8777" w14:textId="77777777" w:rsidTr="00A345FB">
        <w:tc>
          <w:tcPr>
            <w:tcW w:w="4361" w:type="dxa"/>
          </w:tcPr>
          <w:p w14:paraId="1197ADB9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6.</w:t>
            </w:r>
          </w:p>
        </w:tc>
        <w:tc>
          <w:tcPr>
            <w:tcW w:w="909" w:type="dxa"/>
          </w:tcPr>
          <w:p w14:paraId="02F051AD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587A078E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6.</w:t>
            </w:r>
          </w:p>
        </w:tc>
        <w:tc>
          <w:tcPr>
            <w:tcW w:w="1076" w:type="dxa"/>
          </w:tcPr>
          <w:p w14:paraId="5C80A4C8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  <w:tr w:rsidR="00906126" w:rsidRPr="00A345FB" w14:paraId="797B1B69" w14:textId="77777777" w:rsidTr="00A345FB">
        <w:tc>
          <w:tcPr>
            <w:tcW w:w="4361" w:type="dxa"/>
          </w:tcPr>
          <w:p w14:paraId="4FDFAEE8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7.</w:t>
            </w:r>
          </w:p>
        </w:tc>
        <w:tc>
          <w:tcPr>
            <w:tcW w:w="909" w:type="dxa"/>
          </w:tcPr>
          <w:p w14:paraId="5345C97B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374F4D4C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7.</w:t>
            </w:r>
          </w:p>
        </w:tc>
        <w:tc>
          <w:tcPr>
            <w:tcW w:w="1076" w:type="dxa"/>
          </w:tcPr>
          <w:p w14:paraId="78553FBD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  <w:tr w:rsidR="00906126" w:rsidRPr="00A345FB" w14:paraId="482F53DE" w14:textId="77777777" w:rsidTr="00A345FB">
        <w:tc>
          <w:tcPr>
            <w:tcW w:w="4361" w:type="dxa"/>
          </w:tcPr>
          <w:p w14:paraId="02D77EC3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8.</w:t>
            </w:r>
          </w:p>
        </w:tc>
        <w:tc>
          <w:tcPr>
            <w:tcW w:w="909" w:type="dxa"/>
          </w:tcPr>
          <w:p w14:paraId="2026BCCF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09260CFF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8.</w:t>
            </w:r>
          </w:p>
        </w:tc>
        <w:tc>
          <w:tcPr>
            <w:tcW w:w="1076" w:type="dxa"/>
          </w:tcPr>
          <w:p w14:paraId="13CD5B2C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  <w:tr w:rsidR="00906126" w:rsidRPr="00A345FB" w14:paraId="06AE5C7C" w14:textId="77777777" w:rsidTr="00A345FB">
        <w:tc>
          <w:tcPr>
            <w:tcW w:w="4361" w:type="dxa"/>
          </w:tcPr>
          <w:p w14:paraId="5AB13DEB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9.</w:t>
            </w:r>
          </w:p>
        </w:tc>
        <w:tc>
          <w:tcPr>
            <w:tcW w:w="909" w:type="dxa"/>
          </w:tcPr>
          <w:p w14:paraId="5CA14B24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32CC9E10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9.</w:t>
            </w:r>
          </w:p>
        </w:tc>
        <w:tc>
          <w:tcPr>
            <w:tcW w:w="1076" w:type="dxa"/>
          </w:tcPr>
          <w:p w14:paraId="6ED89A8F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  <w:tr w:rsidR="00906126" w:rsidRPr="00A345FB" w14:paraId="0E987D70" w14:textId="77777777" w:rsidTr="00A345FB">
        <w:tc>
          <w:tcPr>
            <w:tcW w:w="4361" w:type="dxa"/>
          </w:tcPr>
          <w:p w14:paraId="6A1EB053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10.</w:t>
            </w:r>
          </w:p>
        </w:tc>
        <w:tc>
          <w:tcPr>
            <w:tcW w:w="909" w:type="dxa"/>
          </w:tcPr>
          <w:p w14:paraId="365F5198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01CA0E36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10.</w:t>
            </w:r>
          </w:p>
        </w:tc>
        <w:tc>
          <w:tcPr>
            <w:tcW w:w="1076" w:type="dxa"/>
          </w:tcPr>
          <w:p w14:paraId="3F8FE6DD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  <w:tr w:rsidR="00906126" w:rsidRPr="00A345FB" w14:paraId="515B95C3" w14:textId="77777777" w:rsidTr="00A345FB">
        <w:tc>
          <w:tcPr>
            <w:tcW w:w="4361" w:type="dxa"/>
          </w:tcPr>
          <w:p w14:paraId="0B10F14E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11.</w:t>
            </w:r>
          </w:p>
        </w:tc>
        <w:tc>
          <w:tcPr>
            <w:tcW w:w="909" w:type="dxa"/>
          </w:tcPr>
          <w:p w14:paraId="2405F8FB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142D7F24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11.</w:t>
            </w:r>
          </w:p>
        </w:tc>
        <w:tc>
          <w:tcPr>
            <w:tcW w:w="1076" w:type="dxa"/>
          </w:tcPr>
          <w:p w14:paraId="30734645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  <w:tr w:rsidR="00906126" w:rsidRPr="00A345FB" w14:paraId="60D48F33" w14:textId="77777777" w:rsidTr="00A345FB">
        <w:tc>
          <w:tcPr>
            <w:tcW w:w="4361" w:type="dxa"/>
          </w:tcPr>
          <w:p w14:paraId="418D4BBB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12.</w:t>
            </w:r>
          </w:p>
        </w:tc>
        <w:tc>
          <w:tcPr>
            <w:tcW w:w="909" w:type="dxa"/>
          </w:tcPr>
          <w:p w14:paraId="649F225E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47F65D65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12.</w:t>
            </w:r>
          </w:p>
        </w:tc>
        <w:tc>
          <w:tcPr>
            <w:tcW w:w="1076" w:type="dxa"/>
          </w:tcPr>
          <w:p w14:paraId="5169BF16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  <w:tr w:rsidR="00906126" w:rsidRPr="00A345FB" w14:paraId="3655453F" w14:textId="77777777" w:rsidTr="00A345FB">
        <w:tc>
          <w:tcPr>
            <w:tcW w:w="4361" w:type="dxa"/>
          </w:tcPr>
          <w:p w14:paraId="55867A0F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13.</w:t>
            </w:r>
          </w:p>
        </w:tc>
        <w:tc>
          <w:tcPr>
            <w:tcW w:w="909" w:type="dxa"/>
          </w:tcPr>
          <w:p w14:paraId="230565D2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211FF0FF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13.</w:t>
            </w:r>
          </w:p>
        </w:tc>
        <w:tc>
          <w:tcPr>
            <w:tcW w:w="1076" w:type="dxa"/>
          </w:tcPr>
          <w:p w14:paraId="616D39F5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  <w:tr w:rsidR="00906126" w:rsidRPr="00A345FB" w14:paraId="595E0DE4" w14:textId="77777777" w:rsidTr="00A345FB">
        <w:tc>
          <w:tcPr>
            <w:tcW w:w="4361" w:type="dxa"/>
          </w:tcPr>
          <w:p w14:paraId="004E422E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14.</w:t>
            </w:r>
          </w:p>
        </w:tc>
        <w:tc>
          <w:tcPr>
            <w:tcW w:w="909" w:type="dxa"/>
          </w:tcPr>
          <w:p w14:paraId="554D8C57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1B0DD733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14.</w:t>
            </w:r>
          </w:p>
        </w:tc>
        <w:tc>
          <w:tcPr>
            <w:tcW w:w="1076" w:type="dxa"/>
          </w:tcPr>
          <w:p w14:paraId="7D058F79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  <w:tr w:rsidR="00906126" w:rsidRPr="00A345FB" w14:paraId="1A5FFCC7" w14:textId="77777777" w:rsidTr="00A345FB">
        <w:tc>
          <w:tcPr>
            <w:tcW w:w="4361" w:type="dxa"/>
          </w:tcPr>
          <w:p w14:paraId="0847C444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15.</w:t>
            </w:r>
          </w:p>
        </w:tc>
        <w:tc>
          <w:tcPr>
            <w:tcW w:w="909" w:type="dxa"/>
          </w:tcPr>
          <w:p w14:paraId="44410F6A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  <w:tc>
          <w:tcPr>
            <w:tcW w:w="4194" w:type="dxa"/>
          </w:tcPr>
          <w:p w14:paraId="0EF91D84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15.</w:t>
            </w:r>
          </w:p>
        </w:tc>
        <w:tc>
          <w:tcPr>
            <w:tcW w:w="1076" w:type="dxa"/>
          </w:tcPr>
          <w:p w14:paraId="05EE19CA" w14:textId="77777777" w:rsidR="00906126" w:rsidRPr="00A345FB" w:rsidRDefault="00906126">
            <w:pPr>
              <w:rPr>
                <w:sz w:val="20"/>
                <w:szCs w:val="20"/>
              </w:rPr>
            </w:pPr>
          </w:p>
        </w:tc>
      </w:tr>
    </w:tbl>
    <w:p w14:paraId="6F712014" w14:textId="77777777" w:rsidR="00906126" w:rsidRPr="00A345FB" w:rsidRDefault="00906126">
      <w:pPr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65"/>
        <w:gridCol w:w="5265"/>
      </w:tblGrid>
      <w:tr w:rsidR="00906126" w:rsidRPr="00A345FB" w14:paraId="3096330C" w14:textId="77777777">
        <w:tc>
          <w:tcPr>
            <w:tcW w:w="5270" w:type="dxa"/>
          </w:tcPr>
          <w:p w14:paraId="61E88B89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16"/>
                <w:szCs w:val="16"/>
              </w:rPr>
              <w:t>NOME E COGNOME DOCENTE ACCOMPAGNATORI SOSTEGNO</w:t>
            </w:r>
          </w:p>
        </w:tc>
        <w:tc>
          <w:tcPr>
            <w:tcW w:w="5270" w:type="dxa"/>
          </w:tcPr>
          <w:p w14:paraId="313DF2BE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16"/>
                <w:szCs w:val="16"/>
              </w:rPr>
              <w:t>NOME E COGNOME DOCENTE ACCOMPAGNATORI SOSTEGNO</w:t>
            </w:r>
          </w:p>
        </w:tc>
      </w:tr>
      <w:tr w:rsidR="00A345FB" w:rsidRPr="00A345FB" w14:paraId="7EC3095A" w14:textId="77777777">
        <w:tc>
          <w:tcPr>
            <w:tcW w:w="5270" w:type="dxa"/>
          </w:tcPr>
          <w:p w14:paraId="0D312CE7" w14:textId="77777777" w:rsidR="00A345FB" w:rsidRPr="00A345FB" w:rsidRDefault="00A345FB" w:rsidP="00A345FB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1. __________________________________</w:t>
            </w:r>
          </w:p>
        </w:tc>
        <w:tc>
          <w:tcPr>
            <w:tcW w:w="5270" w:type="dxa"/>
          </w:tcPr>
          <w:p w14:paraId="32944FB8" w14:textId="076E7E88" w:rsidR="00A345FB" w:rsidRPr="00A345FB" w:rsidRDefault="00A345FB" w:rsidP="00A345FB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1. __________________________________</w:t>
            </w:r>
          </w:p>
        </w:tc>
      </w:tr>
      <w:tr w:rsidR="00A345FB" w:rsidRPr="00A345FB" w14:paraId="3B253598" w14:textId="77777777">
        <w:tc>
          <w:tcPr>
            <w:tcW w:w="5270" w:type="dxa"/>
          </w:tcPr>
          <w:p w14:paraId="1B4AB4CA" w14:textId="487FF10E" w:rsidR="00A345FB" w:rsidRPr="00A345FB" w:rsidRDefault="00A345FB" w:rsidP="00A345FB">
            <w:pPr>
              <w:rPr>
                <w:sz w:val="18"/>
                <w:szCs w:val="18"/>
              </w:rPr>
            </w:pPr>
            <w:r w:rsidRPr="00A345FB">
              <w:rPr>
                <w:sz w:val="18"/>
                <w:szCs w:val="18"/>
              </w:rPr>
              <w:t>ALUNNI DIVERSAMENTE ABILI</w:t>
            </w:r>
          </w:p>
        </w:tc>
        <w:tc>
          <w:tcPr>
            <w:tcW w:w="5270" w:type="dxa"/>
          </w:tcPr>
          <w:p w14:paraId="1C065CDC" w14:textId="4B0E74F8" w:rsidR="00A345FB" w:rsidRPr="00A345FB" w:rsidRDefault="00A345FB" w:rsidP="00A345FB">
            <w:pPr>
              <w:rPr>
                <w:sz w:val="20"/>
                <w:szCs w:val="20"/>
              </w:rPr>
            </w:pPr>
            <w:r w:rsidRPr="00A345FB">
              <w:rPr>
                <w:sz w:val="18"/>
                <w:szCs w:val="18"/>
              </w:rPr>
              <w:t>ALUNNI DIVERSAMENTE ABILI</w:t>
            </w:r>
          </w:p>
        </w:tc>
      </w:tr>
      <w:tr w:rsidR="00A345FB" w:rsidRPr="00A345FB" w14:paraId="0E9C4E29" w14:textId="77777777">
        <w:tc>
          <w:tcPr>
            <w:tcW w:w="5270" w:type="dxa"/>
          </w:tcPr>
          <w:p w14:paraId="60BD6E68" w14:textId="3D9AA8FD" w:rsidR="00A345FB" w:rsidRPr="00A345FB" w:rsidRDefault="00A345FB" w:rsidP="00A345FB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1____________________________________</w:t>
            </w:r>
          </w:p>
        </w:tc>
        <w:tc>
          <w:tcPr>
            <w:tcW w:w="5270" w:type="dxa"/>
          </w:tcPr>
          <w:p w14:paraId="5E416A6A" w14:textId="04AA3580" w:rsidR="00A345FB" w:rsidRPr="00A345FB" w:rsidRDefault="00A345FB" w:rsidP="00A345FB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1____________________________________</w:t>
            </w:r>
          </w:p>
        </w:tc>
      </w:tr>
      <w:tr w:rsidR="00A345FB" w:rsidRPr="00A345FB" w14:paraId="6935EE6C" w14:textId="77777777">
        <w:tc>
          <w:tcPr>
            <w:tcW w:w="5270" w:type="dxa"/>
          </w:tcPr>
          <w:p w14:paraId="18468EC8" w14:textId="63F7E65A" w:rsidR="00A345FB" w:rsidRPr="00A345FB" w:rsidRDefault="00A345FB" w:rsidP="00A345FB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2____________________________________</w:t>
            </w:r>
          </w:p>
        </w:tc>
        <w:tc>
          <w:tcPr>
            <w:tcW w:w="5270" w:type="dxa"/>
          </w:tcPr>
          <w:p w14:paraId="65E04EA5" w14:textId="10D31617" w:rsidR="00A345FB" w:rsidRPr="00A345FB" w:rsidRDefault="00A345FB" w:rsidP="00A345FB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2____________________________________</w:t>
            </w:r>
          </w:p>
        </w:tc>
      </w:tr>
    </w:tbl>
    <w:p w14:paraId="1D85E19C" w14:textId="77777777" w:rsidR="00906126" w:rsidRPr="00A345FB" w:rsidRDefault="00906126">
      <w:pPr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65"/>
        <w:gridCol w:w="5265"/>
      </w:tblGrid>
      <w:tr w:rsidR="00906126" w:rsidRPr="00A345FB" w14:paraId="74F97CAC" w14:textId="77777777">
        <w:tc>
          <w:tcPr>
            <w:tcW w:w="5270" w:type="dxa"/>
          </w:tcPr>
          <w:p w14:paraId="342CEBE6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16"/>
                <w:szCs w:val="16"/>
              </w:rPr>
              <w:t>NOME E COGNOME ASSISTENTE AUTONOMIA E COMUNICAZIONE</w:t>
            </w:r>
          </w:p>
        </w:tc>
        <w:tc>
          <w:tcPr>
            <w:tcW w:w="5270" w:type="dxa"/>
          </w:tcPr>
          <w:p w14:paraId="3A62A24F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16"/>
                <w:szCs w:val="16"/>
              </w:rPr>
              <w:t>NOME E COGNOME ASSISTENTE AUTONOMIA E COMUNICAZIONE</w:t>
            </w:r>
          </w:p>
        </w:tc>
      </w:tr>
      <w:tr w:rsidR="00906126" w:rsidRPr="00A345FB" w14:paraId="58E3AAA7" w14:textId="77777777">
        <w:tc>
          <w:tcPr>
            <w:tcW w:w="5270" w:type="dxa"/>
          </w:tcPr>
          <w:p w14:paraId="2230D9BB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1. __________________________________</w:t>
            </w:r>
          </w:p>
        </w:tc>
        <w:tc>
          <w:tcPr>
            <w:tcW w:w="5270" w:type="dxa"/>
          </w:tcPr>
          <w:p w14:paraId="471DAF87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1. __________________________________</w:t>
            </w:r>
          </w:p>
        </w:tc>
      </w:tr>
      <w:tr w:rsidR="00906126" w:rsidRPr="00A345FB" w14:paraId="5F15AA84" w14:textId="77777777">
        <w:tc>
          <w:tcPr>
            <w:tcW w:w="5270" w:type="dxa"/>
          </w:tcPr>
          <w:p w14:paraId="3116B5FD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2. __________________________________</w:t>
            </w:r>
          </w:p>
        </w:tc>
        <w:tc>
          <w:tcPr>
            <w:tcW w:w="5270" w:type="dxa"/>
          </w:tcPr>
          <w:p w14:paraId="4F508546" w14:textId="77777777" w:rsidR="00906126" w:rsidRPr="00A345FB" w:rsidRDefault="00000000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2. __________________________________</w:t>
            </w:r>
          </w:p>
        </w:tc>
      </w:tr>
    </w:tbl>
    <w:p w14:paraId="0BF23A5D" w14:textId="77777777" w:rsidR="00A345FB" w:rsidRPr="00A345FB" w:rsidRDefault="00A345FB">
      <w:pPr>
        <w:rPr>
          <w:sz w:val="4"/>
          <w:szCs w:val="4"/>
        </w:rPr>
      </w:pPr>
    </w:p>
    <w:p w14:paraId="4BCC04C5" w14:textId="6912A935" w:rsidR="00906126" w:rsidRPr="00DC3DA3" w:rsidRDefault="00000000" w:rsidP="00DC3DA3">
      <w:pPr>
        <w:pStyle w:val="Nessunaspaziatura"/>
        <w:rPr>
          <w:sz w:val="20"/>
          <w:szCs w:val="20"/>
        </w:rPr>
      </w:pPr>
      <w:r w:rsidRPr="00DC3DA3">
        <w:rPr>
          <w:sz w:val="20"/>
          <w:szCs w:val="20"/>
        </w:rPr>
        <w:t>Firma Docenti accompagnatori: ________________________________________________________________</w:t>
      </w:r>
      <w:r w:rsidR="00A345FB" w:rsidRPr="00DC3DA3">
        <w:rPr>
          <w:sz w:val="20"/>
          <w:szCs w:val="20"/>
        </w:rPr>
        <w:tab/>
      </w:r>
    </w:p>
    <w:p w14:paraId="6DBC378B" w14:textId="3BC0D165" w:rsidR="00A345FB" w:rsidRPr="00DC3DA3" w:rsidRDefault="00A345FB" w:rsidP="00DC3DA3">
      <w:pPr>
        <w:pStyle w:val="Nessunaspaziatura"/>
        <w:rPr>
          <w:sz w:val="20"/>
          <w:szCs w:val="20"/>
        </w:rPr>
      </w:pPr>
      <w:r w:rsidRPr="00DC3DA3">
        <w:rPr>
          <w:sz w:val="20"/>
          <w:szCs w:val="20"/>
        </w:rPr>
        <w:t>________________________________</w:t>
      </w:r>
      <w:r w:rsidRPr="00DC3DA3">
        <w:rPr>
          <w:sz w:val="20"/>
          <w:szCs w:val="20"/>
        </w:rPr>
        <w:tab/>
      </w:r>
      <w:r w:rsidRPr="00DC3DA3">
        <w:rPr>
          <w:sz w:val="20"/>
          <w:szCs w:val="20"/>
        </w:rPr>
        <w:tab/>
      </w:r>
      <w:r w:rsidRPr="00DC3DA3">
        <w:rPr>
          <w:sz w:val="20"/>
          <w:szCs w:val="20"/>
        </w:rPr>
        <w:tab/>
        <w:t>________________________________</w:t>
      </w:r>
    </w:p>
    <w:p w14:paraId="06B0E00C" w14:textId="77777777" w:rsidR="00DC3DA3" w:rsidRDefault="00DC3DA3" w:rsidP="00DC3DA3">
      <w:pPr>
        <w:pStyle w:val="Nessunaspaziatura"/>
        <w:rPr>
          <w:sz w:val="20"/>
          <w:szCs w:val="20"/>
        </w:rPr>
      </w:pPr>
    </w:p>
    <w:p w14:paraId="6CDFD307" w14:textId="2C4FA670" w:rsidR="00906126" w:rsidRPr="00DC3DA3" w:rsidRDefault="00000000" w:rsidP="00DC3DA3">
      <w:pPr>
        <w:pStyle w:val="Nessunaspaziatura"/>
        <w:rPr>
          <w:sz w:val="20"/>
          <w:szCs w:val="20"/>
        </w:rPr>
      </w:pPr>
      <w:r w:rsidRPr="00DC3DA3">
        <w:rPr>
          <w:sz w:val="20"/>
          <w:szCs w:val="20"/>
        </w:rPr>
        <w:t>La richiesta è approvata dal Dirigente Scolastico in data __________________</w:t>
      </w:r>
    </w:p>
    <w:p w14:paraId="5DD76BCE" w14:textId="77777777" w:rsidR="00DC3DA3" w:rsidRDefault="00DC3DA3" w:rsidP="00DC3DA3">
      <w:pPr>
        <w:pStyle w:val="Nessunaspaziatura"/>
        <w:rPr>
          <w:sz w:val="20"/>
          <w:szCs w:val="20"/>
        </w:rPr>
      </w:pPr>
    </w:p>
    <w:p w14:paraId="61AFAF19" w14:textId="3318EA0B" w:rsidR="00906126" w:rsidRPr="00DC3DA3" w:rsidRDefault="00000000" w:rsidP="008F5EA5">
      <w:pPr>
        <w:pStyle w:val="Nessunaspaziatura"/>
        <w:ind w:left="5760"/>
        <w:rPr>
          <w:sz w:val="20"/>
          <w:szCs w:val="20"/>
        </w:rPr>
      </w:pPr>
      <w:r w:rsidRPr="00DC3DA3">
        <w:rPr>
          <w:sz w:val="20"/>
          <w:szCs w:val="20"/>
        </w:rPr>
        <w:t xml:space="preserve">IL DIRIGENTE SCOLASTICO </w:t>
      </w:r>
    </w:p>
    <w:p w14:paraId="4F19D7D9" w14:textId="1A5ECB05" w:rsidR="00A345FB" w:rsidRDefault="00A345FB" w:rsidP="008F5EA5">
      <w:pPr>
        <w:pStyle w:val="Nessunaspaziatura"/>
        <w:ind w:left="5760"/>
        <w:rPr>
          <w:sz w:val="20"/>
          <w:szCs w:val="20"/>
        </w:rPr>
      </w:pPr>
      <w:r w:rsidRPr="00DC3DA3">
        <w:rPr>
          <w:sz w:val="20"/>
          <w:szCs w:val="20"/>
        </w:rPr>
        <w:t>(Prof.ssa Daniela BIANCO)</w:t>
      </w:r>
    </w:p>
    <w:p w14:paraId="15EA9664" w14:textId="632152C5" w:rsidR="001014E5" w:rsidRDefault="001014E5" w:rsidP="001014E5">
      <w:r>
        <w:rPr>
          <w:b/>
        </w:rPr>
        <w:lastRenderedPageBreak/>
        <w:t xml:space="preserve">NOMINA ACCOMPAGNATORE - </w:t>
      </w:r>
      <w:r>
        <w:rPr>
          <w:b/>
        </w:rPr>
        <w:t>USCITA DIDATTICA – VISITA GUIDATA – VIAGGI DI ISTRUZIONE</w:t>
      </w:r>
    </w:p>
    <w:p w14:paraId="7A2B5656" w14:textId="2EBD0E34" w:rsidR="001014E5" w:rsidRPr="00A345FB" w:rsidRDefault="001014E5" w:rsidP="001014E5">
      <w:pPr>
        <w:pStyle w:val="Nessunaspaziatura"/>
        <w:rPr>
          <w:sz w:val="20"/>
          <w:szCs w:val="20"/>
        </w:rPr>
      </w:pPr>
      <w:r>
        <w:rPr>
          <w:sz w:val="20"/>
          <w:szCs w:val="20"/>
        </w:rPr>
        <w:t>Per I fini di cui all’oggetto</w:t>
      </w:r>
      <w:r w:rsidR="00D32C04">
        <w:rPr>
          <w:sz w:val="20"/>
          <w:szCs w:val="20"/>
        </w:rPr>
        <w:t>, le SS.LL. sono nominate, ai sensi delle CC.MM</w:t>
      </w:r>
      <w:r w:rsidR="00AC2276">
        <w:rPr>
          <w:sz w:val="20"/>
          <w:szCs w:val="20"/>
        </w:rPr>
        <w:t>.</w:t>
      </w:r>
      <w:r w:rsidR="00D32C04">
        <w:rPr>
          <w:sz w:val="20"/>
          <w:szCs w:val="20"/>
        </w:rPr>
        <w:t xml:space="preserve"> nn. 291/92 e 623/96, accompagnatori degli alunni in elenco della </w:t>
      </w:r>
      <w:proofErr w:type="gramStart"/>
      <w:r w:rsidR="00D32C04">
        <w:rPr>
          <w:sz w:val="20"/>
          <w:szCs w:val="20"/>
        </w:rPr>
        <w:t>classe  …</w:t>
      </w:r>
      <w:proofErr w:type="gramEnd"/>
      <w:r w:rsidR="00D32C04">
        <w:rPr>
          <w:sz w:val="20"/>
          <w:szCs w:val="20"/>
        </w:rPr>
        <w:t>. Scuola……, per pafrtecipare a</w:t>
      </w:r>
      <w:r w:rsidRPr="00A345FB">
        <w:rPr>
          <w:sz w:val="20"/>
          <w:szCs w:val="20"/>
        </w:rPr>
        <w:t xml:space="preserve">ll’uscita </w:t>
      </w:r>
      <w:r w:rsidR="00D32C04">
        <w:rPr>
          <w:sz w:val="20"/>
          <w:szCs w:val="20"/>
        </w:rPr>
        <w:t>didattica presso ………</w:t>
      </w:r>
      <w:r w:rsidRPr="00A345FB">
        <w:rPr>
          <w:sz w:val="20"/>
          <w:szCs w:val="20"/>
        </w:rPr>
        <w:t>che si svolgerà in data __________________ dalle ore __________ alle ore __________</w:t>
      </w:r>
    </w:p>
    <w:p w14:paraId="6B9C1082" w14:textId="030B8DB6" w:rsidR="001014E5" w:rsidRDefault="001014E5" w:rsidP="001014E5">
      <w:pPr>
        <w:pStyle w:val="Nessunaspaziatura"/>
        <w:rPr>
          <w:sz w:val="20"/>
          <w:szCs w:val="20"/>
        </w:rPr>
      </w:pPr>
      <w:r w:rsidRPr="00A345FB">
        <w:rPr>
          <w:sz w:val="20"/>
          <w:szCs w:val="20"/>
        </w:rPr>
        <w:t>con partenza da scuola alle ore __________ e con rientro alle ore __________</w:t>
      </w:r>
      <w:r w:rsidR="00AC2276">
        <w:rPr>
          <w:sz w:val="20"/>
          <w:szCs w:val="20"/>
        </w:rPr>
        <w:t>circa.</w:t>
      </w:r>
    </w:p>
    <w:p w14:paraId="0525EA45" w14:textId="7825E702" w:rsidR="00AC2276" w:rsidRPr="00A345FB" w:rsidRDefault="00AC2276" w:rsidP="009F4967">
      <w:pPr>
        <w:pStyle w:val="Nessunaspaziatura"/>
        <w:jc w:val="both"/>
        <w:rPr>
          <w:sz w:val="20"/>
          <w:szCs w:val="20"/>
        </w:rPr>
      </w:pPr>
      <w:r>
        <w:rPr>
          <w:sz w:val="20"/>
          <w:szCs w:val="20"/>
        </w:rPr>
        <w:t>Risulta fondamentale da parte della S.V. il rispetto della normativa vigente in merito a vigilanza e controllo, ai fini del regolare e sicuro svolgimento di quanto sopra. A tal fine l’accettazione del presente affidamento comporta l’assunzione di responsabilità della vigilanza degli alunni ai sensi e per gli effetti della C.M</w:t>
      </w:r>
      <w:r>
        <w:rPr>
          <w:sz w:val="20"/>
          <w:szCs w:val="20"/>
        </w:rPr>
        <w:t>. 291/92</w:t>
      </w:r>
      <w:r>
        <w:rPr>
          <w:sz w:val="20"/>
          <w:szCs w:val="20"/>
        </w:rPr>
        <w:t>, dell’art. 61 della L.312/80 e degli artt. 2047 e 2048 del Codice Civile.</w:t>
      </w:r>
    </w:p>
    <w:p w14:paraId="60D525D6" w14:textId="77777777" w:rsidR="009F4967" w:rsidRDefault="00AC2276" w:rsidP="009F4967">
      <w:pPr>
        <w:pStyle w:val="Nessunaspaziatura"/>
        <w:jc w:val="both"/>
        <w:rPr>
          <w:sz w:val="20"/>
          <w:szCs w:val="20"/>
        </w:rPr>
      </w:pPr>
      <w:r>
        <w:rPr>
          <w:sz w:val="20"/>
          <w:szCs w:val="20"/>
        </w:rPr>
        <w:t>Dichiaro di accettare assumendomi la responsabilità della vigilanza degli alunni affidatimi, ai sensi della normativa scolastica viogente, degli art. 2047 e 2048 del C.C. integrato</w:t>
      </w:r>
      <w:r w:rsidR="009F4967">
        <w:rPr>
          <w:sz w:val="20"/>
          <w:szCs w:val="20"/>
        </w:rPr>
        <w:t xml:space="preserve"> dall’art. </w:t>
      </w:r>
      <w:proofErr w:type="gramStart"/>
      <w:r w:rsidR="009F4967">
        <w:rPr>
          <w:sz w:val="20"/>
          <w:szCs w:val="20"/>
        </w:rPr>
        <w:t xml:space="preserve">61 </w:t>
      </w:r>
      <w:r>
        <w:rPr>
          <w:sz w:val="20"/>
          <w:szCs w:val="20"/>
        </w:rPr>
        <w:t xml:space="preserve"> d</w:t>
      </w:r>
      <w:r w:rsidR="009F4967">
        <w:rPr>
          <w:sz w:val="20"/>
          <w:szCs w:val="20"/>
        </w:rPr>
        <w:t>e</w:t>
      </w:r>
      <w:r>
        <w:rPr>
          <w:sz w:val="20"/>
          <w:szCs w:val="20"/>
        </w:rPr>
        <w:t>lla</w:t>
      </w:r>
      <w:proofErr w:type="gramEnd"/>
      <w:r>
        <w:rPr>
          <w:sz w:val="20"/>
          <w:szCs w:val="20"/>
        </w:rPr>
        <w:t xml:space="preserve"> L. 312/80. </w:t>
      </w:r>
    </w:p>
    <w:p w14:paraId="03027DD0" w14:textId="479CAE3D" w:rsidR="00AC2276" w:rsidRDefault="00AC2276" w:rsidP="009F4967">
      <w:pPr>
        <w:pStyle w:val="Nessunaspaziatura"/>
        <w:jc w:val="both"/>
        <w:rPr>
          <w:sz w:val="20"/>
          <w:szCs w:val="20"/>
        </w:rPr>
      </w:pPr>
      <w:r>
        <w:rPr>
          <w:sz w:val="20"/>
          <w:szCs w:val="20"/>
        </w:rPr>
        <w:t>Di seguito si riporta l’elenco degli alunni affidati.</w:t>
      </w:r>
    </w:p>
    <w:p w14:paraId="71D6F0DF" w14:textId="77777777" w:rsidR="009F4967" w:rsidRDefault="009F4967" w:rsidP="009F4967">
      <w:pPr>
        <w:pStyle w:val="Nessunaspaziatura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56"/>
        <w:gridCol w:w="909"/>
        <w:gridCol w:w="4189"/>
        <w:gridCol w:w="1076"/>
      </w:tblGrid>
      <w:tr w:rsidR="001014E5" w14:paraId="7298BA42" w14:textId="77777777" w:rsidTr="00AC2276">
        <w:tc>
          <w:tcPr>
            <w:tcW w:w="5265" w:type="dxa"/>
            <w:gridSpan w:val="2"/>
          </w:tcPr>
          <w:p w14:paraId="583B6EC3" w14:textId="77777777" w:rsidR="001014E5" w:rsidRDefault="001014E5" w:rsidP="00D11B26">
            <w:r>
              <w:t>NOME E COGNOME DOCENTE ACCOMPAGNATORE</w:t>
            </w:r>
          </w:p>
        </w:tc>
        <w:tc>
          <w:tcPr>
            <w:tcW w:w="5265" w:type="dxa"/>
            <w:gridSpan w:val="2"/>
          </w:tcPr>
          <w:p w14:paraId="7B151377" w14:textId="77777777" w:rsidR="001014E5" w:rsidRDefault="001014E5" w:rsidP="00D11B26">
            <w:r>
              <w:t>NOME E COGNOME DOCENTE ACCOMPAGNATORE</w:t>
            </w:r>
          </w:p>
        </w:tc>
      </w:tr>
      <w:tr w:rsidR="001014E5" w14:paraId="66C73F8A" w14:textId="77777777" w:rsidTr="00AC2276">
        <w:tc>
          <w:tcPr>
            <w:tcW w:w="5265" w:type="dxa"/>
            <w:gridSpan w:val="2"/>
          </w:tcPr>
          <w:p w14:paraId="682E63E5" w14:textId="77777777" w:rsidR="001014E5" w:rsidRDefault="001014E5" w:rsidP="00D11B26">
            <w:r>
              <w:t>1. ____________________________________________</w:t>
            </w:r>
          </w:p>
        </w:tc>
        <w:tc>
          <w:tcPr>
            <w:tcW w:w="5265" w:type="dxa"/>
            <w:gridSpan w:val="2"/>
          </w:tcPr>
          <w:p w14:paraId="56BB3403" w14:textId="77777777" w:rsidR="001014E5" w:rsidRDefault="001014E5" w:rsidP="00D11B26">
            <w:r>
              <w:t>1. ____________________________________________</w:t>
            </w:r>
          </w:p>
        </w:tc>
      </w:tr>
      <w:tr w:rsidR="001014E5" w:rsidRPr="00A345FB" w14:paraId="215C0040" w14:textId="77777777" w:rsidTr="00AC2276">
        <w:tc>
          <w:tcPr>
            <w:tcW w:w="4356" w:type="dxa"/>
          </w:tcPr>
          <w:p w14:paraId="04DD72EB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ELENCO ALUNNI ACCOMPAGNATI</w:t>
            </w:r>
          </w:p>
        </w:tc>
        <w:tc>
          <w:tcPr>
            <w:tcW w:w="909" w:type="dxa"/>
          </w:tcPr>
          <w:p w14:paraId="3E8E566C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CLASSE</w:t>
            </w:r>
          </w:p>
        </w:tc>
        <w:tc>
          <w:tcPr>
            <w:tcW w:w="4189" w:type="dxa"/>
          </w:tcPr>
          <w:p w14:paraId="759637C9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ELENCO ALUNNI ACCOMPAGNATI</w:t>
            </w:r>
          </w:p>
        </w:tc>
        <w:tc>
          <w:tcPr>
            <w:tcW w:w="1076" w:type="dxa"/>
          </w:tcPr>
          <w:p w14:paraId="1EE70FF6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CLASSE</w:t>
            </w:r>
          </w:p>
        </w:tc>
      </w:tr>
      <w:tr w:rsidR="001014E5" w:rsidRPr="00A345FB" w14:paraId="34019877" w14:textId="77777777" w:rsidTr="00AC2276">
        <w:tc>
          <w:tcPr>
            <w:tcW w:w="4356" w:type="dxa"/>
          </w:tcPr>
          <w:p w14:paraId="61824D59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1.</w:t>
            </w:r>
          </w:p>
        </w:tc>
        <w:tc>
          <w:tcPr>
            <w:tcW w:w="909" w:type="dxa"/>
          </w:tcPr>
          <w:p w14:paraId="5EDE2EB7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0CB30517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1.</w:t>
            </w:r>
          </w:p>
        </w:tc>
        <w:tc>
          <w:tcPr>
            <w:tcW w:w="1076" w:type="dxa"/>
          </w:tcPr>
          <w:p w14:paraId="4AD6F854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  <w:tr w:rsidR="001014E5" w:rsidRPr="00A345FB" w14:paraId="39A91615" w14:textId="77777777" w:rsidTr="00AC2276">
        <w:tc>
          <w:tcPr>
            <w:tcW w:w="4356" w:type="dxa"/>
          </w:tcPr>
          <w:p w14:paraId="3C42E0ED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2.</w:t>
            </w:r>
          </w:p>
        </w:tc>
        <w:tc>
          <w:tcPr>
            <w:tcW w:w="909" w:type="dxa"/>
          </w:tcPr>
          <w:p w14:paraId="6CBBB9D0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78D458F8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2.</w:t>
            </w:r>
          </w:p>
        </w:tc>
        <w:tc>
          <w:tcPr>
            <w:tcW w:w="1076" w:type="dxa"/>
          </w:tcPr>
          <w:p w14:paraId="05661E67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  <w:tr w:rsidR="001014E5" w:rsidRPr="00A345FB" w14:paraId="58555C8A" w14:textId="77777777" w:rsidTr="00AC2276">
        <w:tc>
          <w:tcPr>
            <w:tcW w:w="4356" w:type="dxa"/>
          </w:tcPr>
          <w:p w14:paraId="26C0F41B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3.</w:t>
            </w:r>
          </w:p>
        </w:tc>
        <w:tc>
          <w:tcPr>
            <w:tcW w:w="909" w:type="dxa"/>
          </w:tcPr>
          <w:p w14:paraId="5361666E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5AA373C2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3.</w:t>
            </w:r>
          </w:p>
        </w:tc>
        <w:tc>
          <w:tcPr>
            <w:tcW w:w="1076" w:type="dxa"/>
          </w:tcPr>
          <w:p w14:paraId="4B9CC599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  <w:tr w:rsidR="001014E5" w:rsidRPr="00A345FB" w14:paraId="64B160B6" w14:textId="77777777" w:rsidTr="00AC2276">
        <w:tc>
          <w:tcPr>
            <w:tcW w:w="4356" w:type="dxa"/>
          </w:tcPr>
          <w:p w14:paraId="5DCC11CB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4.</w:t>
            </w:r>
          </w:p>
        </w:tc>
        <w:tc>
          <w:tcPr>
            <w:tcW w:w="909" w:type="dxa"/>
          </w:tcPr>
          <w:p w14:paraId="78D375A7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635590DC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4.</w:t>
            </w:r>
          </w:p>
        </w:tc>
        <w:tc>
          <w:tcPr>
            <w:tcW w:w="1076" w:type="dxa"/>
          </w:tcPr>
          <w:p w14:paraId="64A3383D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  <w:tr w:rsidR="001014E5" w:rsidRPr="00A345FB" w14:paraId="35CFF2A0" w14:textId="77777777" w:rsidTr="00AC2276">
        <w:tc>
          <w:tcPr>
            <w:tcW w:w="4356" w:type="dxa"/>
          </w:tcPr>
          <w:p w14:paraId="03D81D2F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5.</w:t>
            </w:r>
          </w:p>
        </w:tc>
        <w:tc>
          <w:tcPr>
            <w:tcW w:w="909" w:type="dxa"/>
          </w:tcPr>
          <w:p w14:paraId="14E4393E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1274B699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5.</w:t>
            </w:r>
          </w:p>
        </w:tc>
        <w:tc>
          <w:tcPr>
            <w:tcW w:w="1076" w:type="dxa"/>
          </w:tcPr>
          <w:p w14:paraId="228DD277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  <w:tr w:rsidR="001014E5" w:rsidRPr="00A345FB" w14:paraId="73B048B6" w14:textId="77777777" w:rsidTr="00AC2276">
        <w:tc>
          <w:tcPr>
            <w:tcW w:w="4356" w:type="dxa"/>
          </w:tcPr>
          <w:p w14:paraId="059BC456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6.</w:t>
            </w:r>
          </w:p>
        </w:tc>
        <w:tc>
          <w:tcPr>
            <w:tcW w:w="909" w:type="dxa"/>
          </w:tcPr>
          <w:p w14:paraId="43C7D369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64063783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6.</w:t>
            </w:r>
          </w:p>
        </w:tc>
        <w:tc>
          <w:tcPr>
            <w:tcW w:w="1076" w:type="dxa"/>
          </w:tcPr>
          <w:p w14:paraId="5D8C8AA8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  <w:tr w:rsidR="001014E5" w:rsidRPr="00A345FB" w14:paraId="7118F2E4" w14:textId="77777777" w:rsidTr="00AC2276">
        <w:tc>
          <w:tcPr>
            <w:tcW w:w="4356" w:type="dxa"/>
          </w:tcPr>
          <w:p w14:paraId="4CE26DB8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7.</w:t>
            </w:r>
          </w:p>
        </w:tc>
        <w:tc>
          <w:tcPr>
            <w:tcW w:w="909" w:type="dxa"/>
          </w:tcPr>
          <w:p w14:paraId="25981293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560D4600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7.</w:t>
            </w:r>
          </w:p>
        </w:tc>
        <w:tc>
          <w:tcPr>
            <w:tcW w:w="1076" w:type="dxa"/>
          </w:tcPr>
          <w:p w14:paraId="56435B78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  <w:tr w:rsidR="001014E5" w:rsidRPr="00A345FB" w14:paraId="63FFB4FC" w14:textId="77777777" w:rsidTr="00AC2276">
        <w:tc>
          <w:tcPr>
            <w:tcW w:w="4356" w:type="dxa"/>
          </w:tcPr>
          <w:p w14:paraId="652B0F09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8.</w:t>
            </w:r>
          </w:p>
        </w:tc>
        <w:tc>
          <w:tcPr>
            <w:tcW w:w="909" w:type="dxa"/>
          </w:tcPr>
          <w:p w14:paraId="3FECB000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7628C0C5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8.</w:t>
            </w:r>
          </w:p>
        </w:tc>
        <w:tc>
          <w:tcPr>
            <w:tcW w:w="1076" w:type="dxa"/>
          </w:tcPr>
          <w:p w14:paraId="14783E6E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  <w:tr w:rsidR="001014E5" w:rsidRPr="00A345FB" w14:paraId="4A0F9C41" w14:textId="77777777" w:rsidTr="00AC2276">
        <w:tc>
          <w:tcPr>
            <w:tcW w:w="4356" w:type="dxa"/>
          </w:tcPr>
          <w:p w14:paraId="63CF1C22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9.</w:t>
            </w:r>
          </w:p>
        </w:tc>
        <w:tc>
          <w:tcPr>
            <w:tcW w:w="909" w:type="dxa"/>
          </w:tcPr>
          <w:p w14:paraId="1B773678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47716592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9.</w:t>
            </w:r>
          </w:p>
        </w:tc>
        <w:tc>
          <w:tcPr>
            <w:tcW w:w="1076" w:type="dxa"/>
          </w:tcPr>
          <w:p w14:paraId="645272EB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  <w:tr w:rsidR="001014E5" w:rsidRPr="00A345FB" w14:paraId="7909EFBC" w14:textId="77777777" w:rsidTr="00AC2276">
        <w:tc>
          <w:tcPr>
            <w:tcW w:w="4356" w:type="dxa"/>
          </w:tcPr>
          <w:p w14:paraId="53EA3F41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10.</w:t>
            </w:r>
          </w:p>
        </w:tc>
        <w:tc>
          <w:tcPr>
            <w:tcW w:w="909" w:type="dxa"/>
          </w:tcPr>
          <w:p w14:paraId="5C89920E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24B4FD14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10.</w:t>
            </w:r>
          </w:p>
        </w:tc>
        <w:tc>
          <w:tcPr>
            <w:tcW w:w="1076" w:type="dxa"/>
          </w:tcPr>
          <w:p w14:paraId="4E5DA183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  <w:tr w:rsidR="001014E5" w:rsidRPr="00A345FB" w14:paraId="3F0E0A19" w14:textId="77777777" w:rsidTr="00AC2276">
        <w:tc>
          <w:tcPr>
            <w:tcW w:w="4356" w:type="dxa"/>
          </w:tcPr>
          <w:p w14:paraId="0D3EF4A3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11.</w:t>
            </w:r>
          </w:p>
        </w:tc>
        <w:tc>
          <w:tcPr>
            <w:tcW w:w="909" w:type="dxa"/>
          </w:tcPr>
          <w:p w14:paraId="433BD613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69906DF8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11.</w:t>
            </w:r>
          </w:p>
        </w:tc>
        <w:tc>
          <w:tcPr>
            <w:tcW w:w="1076" w:type="dxa"/>
          </w:tcPr>
          <w:p w14:paraId="64D79F7A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  <w:tr w:rsidR="001014E5" w:rsidRPr="00A345FB" w14:paraId="095010D7" w14:textId="77777777" w:rsidTr="00AC2276">
        <w:tc>
          <w:tcPr>
            <w:tcW w:w="4356" w:type="dxa"/>
          </w:tcPr>
          <w:p w14:paraId="18A647D0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12.</w:t>
            </w:r>
          </w:p>
        </w:tc>
        <w:tc>
          <w:tcPr>
            <w:tcW w:w="909" w:type="dxa"/>
          </w:tcPr>
          <w:p w14:paraId="3E1DAB2A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133C315E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12.</w:t>
            </w:r>
          </w:p>
        </w:tc>
        <w:tc>
          <w:tcPr>
            <w:tcW w:w="1076" w:type="dxa"/>
          </w:tcPr>
          <w:p w14:paraId="073EA517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  <w:tr w:rsidR="001014E5" w:rsidRPr="00A345FB" w14:paraId="4716B2AF" w14:textId="77777777" w:rsidTr="00AC2276">
        <w:tc>
          <w:tcPr>
            <w:tcW w:w="4356" w:type="dxa"/>
          </w:tcPr>
          <w:p w14:paraId="5FA2C565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13.</w:t>
            </w:r>
          </w:p>
        </w:tc>
        <w:tc>
          <w:tcPr>
            <w:tcW w:w="909" w:type="dxa"/>
          </w:tcPr>
          <w:p w14:paraId="027BA3DD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5C4A058A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13.</w:t>
            </w:r>
          </w:p>
        </w:tc>
        <w:tc>
          <w:tcPr>
            <w:tcW w:w="1076" w:type="dxa"/>
          </w:tcPr>
          <w:p w14:paraId="1EC35814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  <w:tr w:rsidR="001014E5" w:rsidRPr="00A345FB" w14:paraId="18374310" w14:textId="77777777" w:rsidTr="00AC2276">
        <w:tc>
          <w:tcPr>
            <w:tcW w:w="4356" w:type="dxa"/>
          </w:tcPr>
          <w:p w14:paraId="4CD1BEFC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14.</w:t>
            </w:r>
          </w:p>
        </w:tc>
        <w:tc>
          <w:tcPr>
            <w:tcW w:w="909" w:type="dxa"/>
          </w:tcPr>
          <w:p w14:paraId="2598BA77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6F3636CD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14.</w:t>
            </w:r>
          </w:p>
        </w:tc>
        <w:tc>
          <w:tcPr>
            <w:tcW w:w="1076" w:type="dxa"/>
          </w:tcPr>
          <w:p w14:paraId="0DE152EF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  <w:tr w:rsidR="001014E5" w:rsidRPr="00A345FB" w14:paraId="3F808A11" w14:textId="77777777" w:rsidTr="00AC2276">
        <w:tc>
          <w:tcPr>
            <w:tcW w:w="4356" w:type="dxa"/>
          </w:tcPr>
          <w:p w14:paraId="1B14850C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15.</w:t>
            </w:r>
          </w:p>
        </w:tc>
        <w:tc>
          <w:tcPr>
            <w:tcW w:w="909" w:type="dxa"/>
          </w:tcPr>
          <w:p w14:paraId="7D40D4BA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  <w:tc>
          <w:tcPr>
            <w:tcW w:w="4189" w:type="dxa"/>
          </w:tcPr>
          <w:p w14:paraId="3B2DECB1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15.</w:t>
            </w:r>
          </w:p>
        </w:tc>
        <w:tc>
          <w:tcPr>
            <w:tcW w:w="1076" w:type="dxa"/>
          </w:tcPr>
          <w:p w14:paraId="6BDE055C" w14:textId="77777777" w:rsidR="001014E5" w:rsidRPr="00A345FB" w:rsidRDefault="001014E5" w:rsidP="00D11B26">
            <w:pPr>
              <w:rPr>
                <w:sz w:val="20"/>
                <w:szCs w:val="20"/>
              </w:rPr>
            </w:pPr>
          </w:p>
        </w:tc>
      </w:tr>
    </w:tbl>
    <w:p w14:paraId="413D7A87" w14:textId="77777777" w:rsidR="001014E5" w:rsidRPr="00A345FB" w:rsidRDefault="001014E5" w:rsidP="001014E5">
      <w:pPr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65"/>
        <w:gridCol w:w="5265"/>
      </w:tblGrid>
      <w:tr w:rsidR="001014E5" w:rsidRPr="00A345FB" w14:paraId="28479F42" w14:textId="77777777" w:rsidTr="00D11B26">
        <w:tc>
          <w:tcPr>
            <w:tcW w:w="5270" w:type="dxa"/>
          </w:tcPr>
          <w:p w14:paraId="6E926A67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16"/>
                <w:szCs w:val="16"/>
              </w:rPr>
              <w:t>NOME E COGNOME DOCENTE ACCOMPAGNATORI SOSTEGNO</w:t>
            </w:r>
          </w:p>
        </w:tc>
        <w:tc>
          <w:tcPr>
            <w:tcW w:w="5270" w:type="dxa"/>
          </w:tcPr>
          <w:p w14:paraId="0208D7B3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16"/>
                <w:szCs w:val="16"/>
              </w:rPr>
              <w:t>NOME E COGNOME DOCENTE ACCOMPAGNATORI SOSTEGNO</w:t>
            </w:r>
          </w:p>
        </w:tc>
      </w:tr>
      <w:tr w:rsidR="001014E5" w:rsidRPr="00A345FB" w14:paraId="5F943D55" w14:textId="77777777" w:rsidTr="00D11B26">
        <w:tc>
          <w:tcPr>
            <w:tcW w:w="5270" w:type="dxa"/>
          </w:tcPr>
          <w:p w14:paraId="5EB5676A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1. __________________________________</w:t>
            </w:r>
          </w:p>
        </w:tc>
        <w:tc>
          <w:tcPr>
            <w:tcW w:w="5270" w:type="dxa"/>
          </w:tcPr>
          <w:p w14:paraId="704D4670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1. __________________________________</w:t>
            </w:r>
          </w:p>
        </w:tc>
      </w:tr>
      <w:tr w:rsidR="001014E5" w:rsidRPr="00A345FB" w14:paraId="76C9C961" w14:textId="77777777" w:rsidTr="00D11B26">
        <w:tc>
          <w:tcPr>
            <w:tcW w:w="5270" w:type="dxa"/>
          </w:tcPr>
          <w:p w14:paraId="5501CF74" w14:textId="77777777" w:rsidR="001014E5" w:rsidRPr="00A345FB" w:rsidRDefault="001014E5" w:rsidP="00D11B26">
            <w:pPr>
              <w:rPr>
                <w:sz w:val="18"/>
                <w:szCs w:val="18"/>
              </w:rPr>
            </w:pPr>
            <w:r w:rsidRPr="00A345FB">
              <w:rPr>
                <w:sz w:val="18"/>
                <w:szCs w:val="18"/>
              </w:rPr>
              <w:t>ALUNNI DIVERSAMENTE ABILI</w:t>
            </w:r>
          </w:p>
        </w:tc>
        <w:tc>
          <w:tcPr>
            <w:tcW w:w="5270" w:type="dxa"/>
          </w:tcPr>
          <w:p w14:paraId="41806C5B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18"/>
                <w:szCs w:val="18"/>
              </w:rPr>
              <w:t>ALUNNI DIVERSAMENTE ABILI</w:t>
            </w:r>
          </w:p>
        </w:tc>
      </w:tr>
      <w:tr w:rsidR="001014E5" w:rsidRPr="00A345FB" w14:paraId="43BE3471" w14:textId="77777777" w:rsidTr="00D11B26">
        <w:tc>
          <w:tcPr>
            <w:tcW w:w="5270" w:type="dxa"/>
          </w:tcPr>
          <w:p w14:paraId="363F84C7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1____________________________________</w:t>
            </w:r>
          </w:p>
        </w:tc>
        <w:tc>
          <w:tcPr>
            <w:tcW w:w="5270" w:type="dxa"/>
          </w:tcPr>
          <w:p w14:paraId="3DD5878E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1____________________________________</w:t>
            </w:r>
          </w:p>
        </w:tc>
      </w:tr>
      <w:tr w:rsidR="001014E5" w:rsidRPr="00A345FB" w14:paraId="5655C76D" w14:textId="77777777" w:rsidTr="00D11B26">
        <w:tc>
          <w:tcPr>
            <w:tcW w:w="5270" w:type="dxa"/>
          </w:tcPr>
          <w:p w14:paraId="72EEB56E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2____________________________________</w:t>
            </w:r>
          </w:p>
        </w:tc>
        <w:tc>
          <w:tcPr>
            <w:tcW w:w="5270" w:type="dxa"/>
          </w:tcPr>
          <w:p w14:paraId="4AB329C2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2____________________________________</w:t>
            </w:r>
          </w:p>
        </w:tc>
      </w:tr>
    </w:tbl>
    <w:p w14:paraId="33D0732B" w14:textId="77777777" w:rsidR="001014E5" w:rsidRPr="00A345FB" w:rsidRDefault="001014E5" w:rsidP="001014E5">
      <w:pPr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65"/>
        <w:gridCol w:w="5265"/>
      </w:tblGrid>
      <w:tr w:rsidR="001014E5" w:rsidRPr="00A345FB" w14:paraId="234CBC1F" w14:textId="77777777" w:rsidTr="00D11B26">
        <w:tc>
          <w:tcPr>
            <w:tcW w:w="5270" w:type="dxa"/>
          </w:tcPr>
          <w:p w14:paraId="5EDF18E7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16"/>
                <w:szCs w:val="16"/>
              </w:rPr>
              <w:t>NOME E COGNOME ASSISTENTE AUTONOMIA E COMUNICAZIONE</w:t>
            </w:r>
          </w:p>
        </w:tc>
        <w:tc>
          <w:tcPr>
            <w:tcW w:w="5270" w:type="dxa"/>
          </w:tcPr>
          <w:p w14:paraId="2FCB3F6B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16"/>
                <w:szCs w:val="16"/>
              </w:rPr>
              <w:t>NOME E COGNOME ASSISTENTE AUTONOMIA E COMUNICAZIONE</w:t>
            </w:r>
          </w:p>
        </w:tc>
      </w:tr>
      <w:tr w:rsidR="001014E5" w:rsidRPr="00A345FB" w14:paraId="57FD2E33" w14:textId="77777777" w:rsidTr="00D11B26">
        <w:tc>
          <w:tcPr>
            <w:tcW w:w="5270" w:type="dxa"/>
          </w:tcPr>
          <w:p w14:paraId="51D9B958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1. __________________________________</w:t>
            </w:r>
          </w:p>
        </w:tc>
        <w:tc>
          <w:tcPr>
            <w:tcW w:w="5270" w:type="dxa"/>
          </w:tcPr>
          <w:p w14:paraId="28A834C5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1. __________________________________</w:t>
            </w:r>
          </w:p>
        </w:tc>
      </w:tr>
      <w:tr w:rsidR="001014E5" w:rsidRPr="00A345FB" w14:paraId="34242340" w14:textId="77777777" w:rsidTr="00D11B26">
        <w:tc>
          <w:tcPr>
            <w:tcW w:w="5270" w:type="dxa"/>
          </w:tcPr>
          <w:p w14:paraId="26E2430E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2. __________________________________</w:t>
            </w:r>
          </w:p>
        </w:tc>
        <w:tc>
          <w:tcPr>
            <w:tcW w:w="5270" w:type="dxa"/>
          </w:tcPr>
          <w:p w14:paraId="51333279" w14:textId="77777777" w:rsidR="001014E5" w:rsidRPr="00A345FB" w:rsidRDefault="001014E5" w:rsidP="00D11B26">
            <w:pPr>
              <w:rPr>
                <w:sz w:val="20"/>
                <w:szCs w:val="20"/>
              </w:rPr>
            </w:pPr>
            <w:r w:rsidRPr="00A345FB">
              <w:rPr>
                <w:sz w:val="20"/>
                <w:szCs w:val="20"/>
              </w:rPr>
              <w:t>2. __________________________________</w:t>
            </w:r>
          </w:p>
        </w:tc>
      </w:tr>
    </w:tbl>
    <w:p w14:paraId="6969192D" w14:textId="77777777" w:rsidR="001014E5" w:rsidRPr="00A345FB" w:rsidRDefault="001014E5" w:rsidP="001014E5">
      <w:pPr>
        <w:rPr>
          <w:sz w:val="4"/>
          <w:szCs w:val="4"/>
        </w:rPr>
      </w:pPr>
    </w:p>
    <w:p w14:paraId="7FF7C5C2" w14:textId="6F90AE0D" w:rsidR="001014E5" w:rsidRPr="00DC3DA3" w:rsidRDefault="001014E5" w:rsidP="001014E5">
      <w:pPr>
        <w:pStyle w:val="Nessunaspaziatura"/>
        <w:rPr>
          <w:sz w:val="20"/>
          <w:szCs w:val="20"/>
        </w:rPr>
      </w:pPr>
      <w:r w:rsidRPr="00DC3DA3">
        <w:rPr>
          <w:sz w:val="20"/>
          <w:szCs w:val="20"/>
        </w:rPr>
        <w:t xml:space="preserve">Firma </w:t>
      </w:r>
      <w:r w:rsidR="00A34E1A">
        <w:rPr>
          <w:sz w:val="20"/>
          <w:szCs w:val="20"/>
        </w:rPr>
        <w:t xml:space="preserve">per accettazione </w:t>
      </w:r>
      <w:r w:rsidRPr="00DC3DA3">
        <w:rPr>
          <w:sz w:val="20"/>
          <w:szCs w:val="20"/>
        </w:rPr>
        <w:t>Docenti accompagnatori: ________________________________________________________________</w:t>
      </w:r>
      <w:r w:rsidRPr="00DC3DA3">
        <w:rPr>
          <w:sz w:val="20"/>
          <w:szCs w:val="20"/>
        </w:rPr>
        <w:tab/>
      </w:r>
    </w:p>
    <w:p w14:paraId="5F6AB1B0" w14:textId="77777777" w:rsidR="001014E5" w:rsidRPr="00DC3DA3" w:rsidRDefault="001014E5" w:rsidP="001014E5">
      <w:pPr>
        <w:pStyle w:val="Nessunaspaziatura"/>
        <w:rPr>
          <w:sz w:val="20"/>
          <w:szCs w:val="20"/>
        </w:rPr>
      </w:pPr>
      <w:r w:rsidRPr="00DC3DA3">
        <w:rPr>
          <w:sz w:val="20"/>
          <w:szCs w:val="20"/>
        </w:rPr>
        <w:t>________________________________</w:t>
      </w:r>
      <w:r w:rsidRPr="00DC3DA3">
        <w:rPr>
          <w:sz w:val="20"/>
          <w:szCs w:val="20"/>
        </w:rPr>
        <w:tab/>
      </w:r>
      <w:r w:rsidRPr="00DC3DA3">
        <w:rPr>
          <w:sz w:val="20"/>
          <w:szCs w:val="20"/>
        </w:rPr>
        <w:tab/>
      </w:r>
      <w:r w:rsidRPr="00DC3DA3">
        <w:rPr>
          <w:sz w:val="20"/>
          <w:szCs w:val="20"/>
        </w:rPr>
        <w:tab/>
        <w:t>________________________________</w:t>
      </w:r>
    </w:p>
    <w:p w14:paraId="1B2FA3DA" w14:textId="77777777" w:rsidR="001014E5" w:rsidRDefault="001014E5" w:rsidP="001014E5">
      <w:pPr>
        <w:pStyle w:val="Nessunaspaziatura"/>
        <w:rPr>
          <w:sz w:val="20"/>
          <w:szCs w:val="20"/>
        </w:rPr>
      </w:pPr>
    </w:p>
    <w:p w14:paraId="58D7C7B2" w14:textId="77777777" w:rsidR="001014E5" w:rsidRDefault="001014E5" w:rsidP="001014E5">
      <w:pPr>
        <w:pStyle w:val="Nessunaspaziatura"/>
        <w:rPr>
          <w:sz w:val="20"/>
          <w:szCs w:val="20"/>
        </w:rPr>
      </w:pPr>
    </w:p>
    <w:p w14:paraId="6914E428" w14:textId="77777777" w:rsidR="001014E5" w:rsidRPr="00DC3DA3" w:rsidRDefault="001014E5" w:rsidP="001014E5">
      <w:pPr>
        <w:pStyle w:val="Nessunaspaziatura"/>
        <w:ind w:left="5760"/>
        <w:rPr>
          <w:sz w:val="20"/>
          <w:szCs w:val="20"/>
        </w:rPr>
      </w:pPr>
      <w:r w:rsidRPr="00DC3DA3">
        <w:rPr>
          <w:sz w:val="20"/>
          <w:szCs w:val="20"/>
        </w:rPr>
        <w:t xml:space="preserve">IL DIRIGENTE SCOLASTICO </w:t>
      </w:r>
    </w:p>
    <w:p w14:paraId="6181D355" w14:textId="77777777" w:rsidR="001014E5" w:rsidRPr="00DC3DA3" w:rsidRDefault="001014E5" w:rsidP="001014E5">
      <w:pPr>
        <w:pStyle w:val="Nessunaspaziatura"/>
        <w:ind w:left="5760"/>
        <w:rPr>
          <w:sz w:val="20"/>
          <w:szCs w:val="20"/>
        </w:rPr>
      </w:pPr>
      <w:r w:rsidRPr="00DC3DA3">
        <w:rPr>
          <w:sz w:val="20"/>
          <w:szCs w:val="20"/>
        </w:rPr>
        <w:t>(Prof.ssa Daniela BIANCO)</w:t>
      </w:r>
    </w:p>
    <w:p w14:paraId="225AF15F" w14:textId="77777777" w:rsidR="001014E5" w:rsidRPr="00DC3DA3" w:rsidRDefault="001014E5" w:rsidP="008F5EA5">
      <w:pPr>
        <w:pStyle w:val="Nessunaspaziatura"/>
        <w:ind w:left="5760"/>
        <w:rPr>
          <w:sz w:val="20"/>
          <w:szCs w:val="20"/>
        </w:rPr>
      </w:pPr>
    </w:p>
    <w:sectPr w:rsidR="001014E5" w:rsidRPr="00DC3DA3" w:rsidSect="00034616">
      <w:headerReference w:type="default" r:id="rId8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71182" w14:textId="77777777" w:rsidR="0047682D" w:rsidRDefault="0047682D" w:rsidP="00142BD0">
      <w:pPr>
        <w:spacing w:after="0" w:line="240" w:lineRule="auto"/>
      </w:pPr>
      <w:r>
        <w:separator/>
      </w:r>
    </w:p>
  </w:endnote>
  <w:endnote w:type="continuationSeparator" w:id="0">
    <w:p w14:paraId="3E9340A9" w14:textId="77777777" w:rsidR="0047682D" w:rsidRDefault="0047682D" w:rsidP="00142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855AD" w14:textId="77777777" w:rsidR="0047682D" w:rsidRDefault="0047682D" w:rsidP="00142BD0">
      <w:pPr>
        <w:spacing w:after="0" w:line="240" w:lineRule="auto"/>
      </w:pPr>
      <w:r>
        <w:separator/>
      </w:r>
    </w:p>
  </w:footnote>
  <w:footnote w:type="continuationSeparator" w:id="0">
    <w:p w14:paraId="34509422" w14:textId="77777777" w:rsidR="0047682D" w:rsidRDefault="0047682D" w:rsidP="00142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C1B12" w14:textId="77777777" w:rsidR="00142BD0" w:rsidRPr="00142BD0" w:rsidRDefault="00142BD0" w:rsidP="00142BD0">
    <w:pPr>
      <w:pStyle w:val="TableParagraph"/>
      <w:spacing w:before="8"/>
      <w:ind w:left="186" w:right="147"/>
      <w:jc w:val="center"/>
      <w:rPr>
        <w:rFonts w:ascii="Monotype Corsiva" w:hAnsi="Monotype Corsiva"/>
        <w:b/>
        <w:i/>
        <w:sz w:val="24"/>
        <w:szCs w:val="24"/>
      </w:rPr>
    </w:pPr>
    <w:r w:rsidRPr="00142BD0">
      <w:rPr>
        <w:rFonts w:ascii="Monotype Corsiva" w:hAnsi="Monotype Corsiva"/>
        <w:b/>
        <w:i/>
        <w:sz w:val="24"/>
        <w:szCs w:val="24"/>
      </w:rPr>
      <w:t>Ministero dell’Istruzione e del Merito</w:t>
    </w:r>
  </w:p>
  <w:p w14:paraId="414747AC" w14:textId="77777777" w:rsidR="00142BD0" w:rsidRPr="00142BD0" w:rsidRDefault="00142BD0" w:rsidP="00142BD0">
    <w:pPr>
      <w:pStyle w:val="Corpotesto"/>
      <w:jc w:val="center"/>
      <w:rPr>
        <w:rFonts w:ascii="Maiandra GD" w:hAnsi="Maiandra GD"/>
        <w:b/>
        <w:color w:val="365F91" w:themeColor="accent1" w:themeShade="BF"/>
        <w:sz w:val="16"/>
        <w:szCs w:val="16"/>
      </w:rPr>
    </w:pPr>
    <w:r w:rsidRPr="00142BD0">
      <w:rPr>
        <w:rFonts w:ascii="Maiandra GD" w:hAnsi="Maiandra GD"/>
        <w:b/>
        <w:color w:val="365F91" w:themeColor="accent1" w:themeShade="BF"/>
        <w:sz w:val="16"/>
        <w:szCs w:val="16"/>
      </w:rPr>
      <w:t>I.C. “F.P. MICHETTI”</w:t>
    </w:r>
  </w:p>
  <w:p w14:paraId="6205A0AC" w14:textId="1BB6A2BE" w:rsidR="00142BD0" w:rsidRDefault="00142BD0" w:rsidP="00142BD0">
    <w:pPr>
      <w:pStyle w:val="Corpotesto"/>
      <w:jc w:val="center"/>
      <w:rPr>
        <w:sz w:val="14"/>
        <w:szCs w:val="14"/>
      </w:rPr>
    </w:pPr>
    <w:hyperlink r:id="rId1">
      <w:r w:rsidRPr="00142BD0">
        <w:rPr>
          <w:color w:val="365F91" w:themeColor="accent1" w:themeShade="BF"/>
          <w:sz w:val="18"/>
          <w:szCs w:val="20"/>
        </w:rPr>
        <w:t>www.icmichettifrancavilla.edu.it</w:t>
      </w:r>
    </w:hyperlink>
    <w:r w:rsidRPr="00142BD0">
      <w:rPr>
        <w:sz w:val="20"/>
        <w:szCs w:val="20"/>
      </w:rPr>
      <w:t xml:space="preserve"> - </w:t>
    </w:r>
    <w:r w:rsidRPr="00142BD0">
      <w:rPr>
        <w:sz w:val="14"/>
        <w:szCs w:val="14"/>
      </w:rPr>
      <w:t>VIALE G. D’ANNUNZIO 56/</w:t>
    </w:r>
    <w:proofErr w:type="gramStart"/>
    <w:r w:rsidRPr="00142BD0">
      <w:rPr>
        <w:sz w:val="14"/>
        <w:szCs w:val="14"/>
      </w:rPr>
      <w:t>B  -</w:t>
    </w:r>
    <w:proofErr w:type="gramEnd"/>
    <w:r w:rsidRPr="00142BD0">
      <w:rPr>
        <w:sz w:val="14"/>
        <w:szCs w:val="14"/>
      </w:rPr>
      <w:t xml:space="preserve"> 66023 FRANCAVILLA AL MARE</w:t>
    </w:r>
    <w:r w:rsidRPr="00142BD0">
      <w:rPr>
        <w:spacing w:val="-24"/>
        <w:sz w:val="14"/>
        <w:szCs w:val="14"/>
      </w:rPr>
      <w:t xml:space="preserve"> (</w:t>
    </w:r>
    <w:r w:rsidRPr="00142BD0">
      <w:rPr>
        <w:sz w:val="14"/>
        <w:szCs w:val="14"/>
      </w:rPr>
      <w:t>CH)</w:t>
    </w:r>
  </w:p>
  <w:p w14:paraId="06BCADD9" w14:textId="33BC834B" w:rsidR="00142BD0" w:rsidRPr="00142BD0" w:rsidRDefault="00142BD0" w:rsidP="00142BD0">
    <w:pPr>
      <w:pStyle w:val="Corpotesto"/>
      <w:jc w:val="center"/>
      <w:rPr>
        <w:sz w:val="20"/>
        <w:szCs w:val="20"/>
      </w:rPr>
    </w:pPr>
    <w:r w:rsidRPr="00142BD0">
      <w:rPr>
        <w:sz w:val="16"/>
        <w:szCs w:val="16"/>
      </w:rPr>
      <w:t>Tel.: Segr. 085/</w:t>
    </w:r>
    <w:r w:rsidRPr="00142BD0">
      <w:rPr>
        <w:bCs/>
        <w:sz w:val="16"/>
        <w:szCs w:val="16"/>
      </w:rPr>
      <w:t>4912097</w:t>
    </w:r>
    <w:r w:rsidRPr="00142BD0">
      <w:rPr>
        <w:sz w:val="16"/>
        <w:szCs w:val="16"/>
      </w:rPr>
      <w:t xml:space="preserve">  - C. F. 80001180696</w:t>
    </w:r>
    <w:r w:rsidRPr="00142BD0">
      <w:rPr>
        <w:sz w:val="16"/>
        <w:szCs w:val="16"/>
      </w:rPr>
      <w:t xml:space="preserve"> </w:t>
    </w:r>
    <w:r w:rsidRPr="00142BD0">
      <w:rPr>
        <w:sz w:val="14"/>
        <w:szCs w:val="14"/>
      </w:rPr>
      <w:t xml:space="preserve">Mail istituz.: </w:t>
    </w:r>
    <w:hyperlink r:id="rId2">
      <w:r w:rsidRPr="00142BD0">
        <w:rPr>
          <w:color w:val="0000FF"/>
          <w:sz w:val="14"/>
          <w:szCs w:val="14"/>
          <w:u w:val="single" w:color="0000FF"/>
        </w:rPr>
        <w:t>chic82700q@istruzione.it</w:t>
      </w:r>
    </w:hyperlink>
    <w:r w:rsidRPr="00142BD0">
      <w:rPr>
        <w:sz w:val="20"/>
        <w:szCs w:val="20"/>
      </w:rPr>
      <w:t xml:space="preserve"> </w:t>
    </w:r>
    <w:r w:rsidRPr="00142BD0">
      <w:rPr>
        <w:sz w:val="14"/>
        <w:szCs w:val="14"/>
      </w:rPr>
      <w:t xml:space="preserve">- P.E.C.: </w:t>
    </w:r>
    <w:hyperlink r:id="rId3" w:history="1">
      <w:r w:rsidRPr="00142BD0">
        <w:rPr>
          <w:rStyle w:val="Collegamentoipertestuale"/>
          <w:sz w:val="14"/>
          <w:szCs w:val="14"/>
          <w:u w:color="0000FF"/>
        </w:rPr>
        <w:t>chic82700q@pec.istruzione.it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4966697">
    <w:abstractNumId w:val="8"/>
  </w:num>
  <w:num w:numId="2" w16cid:durableId="1237664933">
    <w:abstractNumId w:val="6"/>
  </w:num>
  <w:num w:numId="3" w16cid:durableId="1377704357">
    <w:abstractNumId w:val="5"/>
  </w:num>
  <w:num w:numId="4" w16cid:durableId="1640841460">
    <w:abstractNumId w:val="4"/>
  </w:num>
  <w:num w:numId="5" w16cid:durableId="1149008105">
    <w:abstractNumId w:val="7"/>
  </w:num>
  <w:num w:numId="6" w16cid:durableId="158350548">
    <w:abstractNumId w:val="3"/>
  </w:num>
  <w:num w:numId="7" w16cid:durableId="1769693108">
    <w:abstractNumId w:val="2"/>
  </w:num>
  <w:num w:numId="8" w16cid:durableId="1720207683">
    <w:abstractNumId w:val="1"/>
  </w:num>
  <w:num w:numId="9" w16cid:durableId="1471242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14E5"/>
    <w:rsid w:val="00142BD0"/>
    <w:rsid w:val="0015074B"/>
    <w:rsid w:val="0029639D"/>
    <w:rsid w:val="002A557A"/>
    <w:rsid w:val="00326F90"/>
    <w:rsid w:val="00386FDF"/>
    <w:rsid w:val="003F45E1"/>
    <w:rsid w:val="0047682D"/>
    <w:rsid w:val="006A1595"/>
    <w:rsid w:val="008F5EA5"/>
    <w:rsid w:val="009047AD"/>
    <w:rsid w:val="00905FC3"/>
    <w:rsid w:val="00906126"/>
    <w:rsid w:val="00960432"/>
    <w:rsid w:val="009F4967"/>
    <w:rsid w:val="00A345FB"/>
    <w:rsid w:val="00A34E1A"/>
    <w:rsid w:val="00AA1D8D"/>
    <w:rsid w:val="00AC2276"/>
    <w:rsid w:val="00B47730"/>
    <w:rsid w:val="00CB0664"/>
    <w:rsid w:val="00CF3A76"/>
    <w:rsid w:val="00D32C04"/>
    <w:rsid w:val="00DC0E25"/>
    <w:rsid w:val="00DC3DA3"/>
    <w:rsid w:val="00ED0F4B"/>
    <w:rsid w:val="00F909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D00DF5"/>
  <w14:defaultImageDpi w14:val="300"/>
  <w15:docId w15:val="{928A19B0-AF4E-49E9-92DC-7AAA3A81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e"/>
    <w:uiPriority w:val="1"/>
    <w:qFormat/>
    <w:rsid w:val="00142B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qFormat/>
    <w:rsid w:val="00142B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pec.istruzione.it" TargetMode="External"/><Relationship Id="rId2" Type="http://schemas.openxmlformats.org/officeDocument/2006/relationships/hyperlink" Target="mailto:chic82700q@istruzione.it" TargetMode="External"/><Relationship Id="rId1" Type="http://schemas.openxmlformats.org/officeDocument/2006/relationships/hyperlink" Target="http://www.icmichettifrancavill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CHIC82700Q - I.C. F.P.M ICHETTI FRANCAVILLA</cp:lastModifiedBy>
  <cp:revision>7</cp:revision>
  <dcterms:created xsi:type="dcterms:W3CDTF">2026-02-23T09:23:00Z</dcterms:created>
  <dcterms:modified xsi:type="dcterms:W3CDTF">2026-02-23T09:55:00Z</dcterms:modified>
  <cp:category/>
</cp:coreProperties>
</file>